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42DE7" w14:textId="1A82B552" w:rsidR="00B40040" w:rsidRPr="00993458" w:rsidRDefault="000E644E" w:rsidP="00993458">
      <w:pPr>
        <w:spacing w:after="0"/>
        <w:jc w:val="center"/>
        <w:rPr>
          <w:b/>
          <w:sz w:val="24"/>
          <w:szCs w:val="24"/>
        </w:rPr>
      </w:pPr>
      <w:r w:rsidRPr="00993458">
        <w:rPr>
          <w:b/>
          <w:sz w:val="24"/>
          <w:szCs w:val="24"/>
        </w:rPr>
        <w:t>MANIFESTAZIONE DI INTERESSE PROCEDURA SOTTO SOGLIA</w:t>
      </w:r>
      <w:r w:rsidRPr="00993458">
        <w:rPr>
          <w:b/>
          <w:sz w:val="24"/>
          <w:szCs w:val="24"/>
        </w:rPr>
        <w:br/>
        <w:t>ex art. 50, comma 1, lett. e), del D.lgs. n. 36/2023</w:t>
      </w:r>
    </w:p>
    <w:p w14:paraId="6020589A" w14:textId="77777777" w:rsidR="00001ADA" w:rsidRPr="00993458" w:rsidRDefault="00001ADA" w:rsidP="00993458">
      <w:pPr>
        <w:spacing w:after="0"/>
        <w:jc w:val="both"/>
        <w:rPr>
          <w:sz w:val="24"/>
          <w:szCs w:val="24"/>
        </w:rPr>
      </w:pPr>
    </w:p>
    <w:p w14:paraId="5471E7AF" w14:textId="5DDE92AB" w:rsidR="00B40040" w:rsidRPr="00993458" w:rsidRDefault="000E644E" w:rsidP="00993458">
      <w:pPr>
        <w:spacing w:after="0"/>
        <w:ind w:left="4962"/>
        <w:rPr>
          <w:sz w:val="24"/>
          <w:szCs w:val="24"/>
        </w:rPr>
      </w:pPr>
      <w:r w:rsidRPr="00993458">
        <w:rPr>
          <w:sz w:val="24"/>
          <w:szCs w:val="24"/>
        </w:rPr>
        <w:t>Spett.le Comune di Olbia</w:t>
      </w:r>
      <w:r w:rsidRPr="00993458">
        <w:rPr>
          <w:sz w:val="24"/>
          <w:szCs w:val="24"/>
        </w:rPr>
        <w:br/>
        <w:t>Settore AA.GG. e Provveditorato</w:t>
      </w:r>
      <w:r w:rsidRPr="00993458">
        <w:rPr>
          <w:sz w:val="24"/>
          <w:szCs w:val="24"/>
        </w:rPr>
        <w:br/>
        <w:t xml:space="preserve">Servizio Provveditorato e appalti di beni e </w:t>
      </w:r>
      <w:r w:rsidR="00001ADA" w:rsidRPr="00993458">
        <w:rPr>
          <w:sz w:val="24"/>
          <w:szCs w:val="24"/>
        </w:rPr>
        <w:t>Servizi</w:t>
      </w:r>
    </w:p>
    <w:p w14:paraId="57A2C946" w14:textId="77777777" w:rsidR="00001ADA" w:rsidRPr="00993458" w:rsidRDefault="00001ADA" w:rsidP="00993458">
      <w:pPr>
        <w:spacing w:after="0"/>
        <w:jc w:val="both"/>
        <w:rPr>
          <w:sz w:val="24"/>
          <w:szCs w:val="24"/>
        </w:rPr>
      </w:pPr>
    </w:p>
    <w:p w14:paraId="51A30095" w14:textId="2A3DF967" w:rsidR="00001ADA" w:rsidRPr="00993458" w:rsidRDefault="000E644E" w:rsidP="00993458">
      <w:pPr>
        <w:spacing w:after="0"/>
        <w:jc w:val="both"/>
        <w:rPr>
          <w:b/>
          <w:sz w:val="24"/>
          <w:szCs w:val="24"/>
        </w:rPr>
      </w:pPr>
      <w:r w:rsidRPr="00993458">
        <w:rPr>
          <w:b/>
          <w:sz w:val="24"/>
          <w:szCs w:val="24"/>
        </w:rPr>
        <w:t xml:space="preserve">OGGETTO: affidamento del servizio di tesoreria comunale per il periodo 01.01.2027 - 31.12.2029, mediante procedura negoziata sottosoglia ex art. 50, comma 1, lett. e), del D.lgs. n. 36/2023 tramite la Piattaforma di Approvvigionamento Digitale certificata SardegnaCAT. </w:t>
      </w:r>
      <w:r w:rsidR="00001ADA" w:rsidRPr="00993458">
        <w:rPr>
          <w:b/>
          <w:sz w:val="24"/>
          <w:szCs w:val="24"/>
        </w:rPr>
        <w:t>Istanza di manifestazione di interesse ad essere invitato alla procedura e dichiarazione del possesso dei requisiti.</w:t>
      </w:r>
    </w:p>
    <w:p w14:paraId="59B95B42" w14:textId="77777777" w:rsidR="00001ADA" w:rsidRPr="00993458" w:rsidRDefault="00001ADA" w:rsidP="00993458">
      <w:pPr>
        <w:spacing w:after="0"/>
        <w:jc w:val="both"/>
        <w:rPr>
          <w:sz w:val="24"/>
          <w:szCs w:val="24"/>
        </w:rPr>
      </w:pPr>
    </w:p>
    <w:p w14:paraId="712F83A0" w14:textId="77777777" w:rsidR="00993458" w:rsidRPr="00993458" w:rsidRDefault="00993458" w:rsidP="00993458">
      <w:pPr>
        <w:spacing w:after="0"/>
        <w:rPr>
          <w:rFonts w:cs="Times New Roman"/>
          <w:sz w:val="24"/>
          <w:szCs w:val="24"/>
          <w:lang w:eastAsia="it-IT"/>
        </w:rPr>
      </w:pPr>
      <w:r w:rsidRPr="00993458">
        <w:rPr>
          <w:rFonts w:cs="Times New Roman"/>
          <w:sz w:val="24"/>
          <w:szCs w:val="24"/>
          <w:lang w:eastAsia="it-IT"/>
        </w:rPr>
        <w:t>Il/La sottoscritto/a ________________________________________________________________,</w:t>
      </w:r>
      <w:r w:rsidRPr="00993458">
        <w:rPr>
          <w:rFonts w:cs="Times New Roman"/>
          <w:sz w:val="24"/>
          <w:szCs w:val="24"/>
          <w:lang w:eastAsia="it-IT"/>
        </w:rPr>
        <w:br/>
        <w:t>nato/a a _____________________________________________, il ________________________,</w:t>
      </w:r>
      <w:r w:rsidRPr="00993458">
        <w:rPr>
          <w:rFonts w:cs="Times New Roman"/>
          <w:sz w:val="24"/>
          <w:szCs w:val="24"/>
          <w:lang w:eastAsia="it-IT"/>
        </w:rPr>
        <w:br/>
        <w:t>codice fiscale ___________________________________________________________________,</w:t>
      </w:r>
      <w:r w:rsidRPr="00993458">
        <w:rPr>
          <w:rFonts w:cs="Times New Roman"/>
          <w:sz w:val="24"/>
          <w:szCs w:val="24"/>
          <w:lang w:eastAsia="it-IT"/>
        </w:rPr>
        <w:br/>
        <w:t>residente in __________________________________________, Prov. ________, CAP ________,</w:t>
      </w:r>
      <w:r w:rsidRPr="00993458">
        <w:rPr>
          <w:rFonts w:cs="Times New Roman"/>
          <w:sz w:val="24"/>
          <w:szCs w:val="24"/>
          <w:lang w:eastAsia="it-IT"/>
        </w:rPr>
        <w:br/>
        <w:t>via/piazza __________________________________________________________, n. ________,</w:t>
      </w:r>
    </w:p>
    <w:p w14:paraId="46D9784D" w14:textId="77777777" w:rsidR="00993458" w:rsidRPr="00993458" w:rsidRDefault="00993458" w:rsidP="00993458">
      <w:pPr>
        <w:spacing w:after="0"/>
        <w:rPr>
          <w:rFonts w:cs="Times New Roman"/>
          <w:sz w:val="24"/>
          <w:szCs w:val="24"/>
          <w:lang w:eastAsia="it-IT"/>
        </w:rPr>
      </w:pPr>
      <w:r w:rsidRPr="00993458">
        <w:rPr>
          <w:rFonts w:cs="Times New Roman"/>
          <w:sz w:val="24"/>
          <w:szCs w:val="24"/>
          <w:lang w:eastAsia="it-IT"/>
        </w:rPr>
        <w:t>in qualità di:</w:t>
      </w:r>
    </w:p>
    <w:p w14:paraId="1FE90076" w14:textId="77777777" w:rsidR="00993458" w:rsidRPr="00993458" w:rsidRDefault="00993458" w:rsidP="00993458">
      <w:pPr>
        <w:spacing w:after="0"/>
        <w:rPr>
          <w:rFonts w:cs="Times New Roman"/>
          <w:sz w:val="24"/>
          <w:szCs w:val="24"/>
          <w:lang w:eastAsia="it-IT"/>
        </w:rPr>
      </w:pPr>
      <w:r w:rsidRPr="00993458">
        <w:rPr>
          <w:rFonts w:ascii="Segoe UI Symbol" w:hAnsi="Segoe UI Symbol" w:cs="Segoe UI Symbol"/>
          <w:sz w:val="24"/>
          <w:szCs w:val="24"/>
          <w:lang w:eastAsia="it-IT"/>
        </w:rPr>
        <w:t>☐</w:t>
      </w:r>
      <w:r w:rsidRPr="00993458">
        <w:rPr>
          <w:rFonts w:cs="Times New Roman"/>
          <w:sz w:val="24"/>
          <w:szCs w:val="24"/>
          <w:lang w:eastAsia="it-IT"/>
        </w:rPr>
        <w:t xml:space="preserve"> legale rappresentante</w:t>
      </w:r>
      <w:r w:rsidRPr="00993458">
        <w:rPr>
          <w:rFonts w:cs="Times New Roman"/>
          <w:sz w:val="24"/>
          <w:szCs w:val="24"/>
          <w:lang w:eastAsia="it-IT"/>
        </w:rPr>
        <w:br/>
      </w:r>
      <w:r w:rsidRPr="00993458">
        <w:rPr>
          <w:rFonts w:ascii="Segoe UI Symbol" w:hAnsi="Segoe UI Symbol" w:cs="Segoe UI Symbol"/>
          <w:sz w:val="24"/>
          <w:szCs w:val="24"/>
          <w:lang w:eastAsia="it-IT"/>
        </w:rPr>
        <w:t>☐</w:t>
      </w:r>
      <w:r w:rsidRPr="00993458">
        <w:rPr>
          <w:rFonts w:cs="Times New Roman"/>
          <w:sz w:val="24"/>
          <w:szCs w:val="24"/>
          <w:lang w:eastAsia="it-IT"/>
        </w:rPr>
        <w:t xml:space="preserve"> procuratore</w:t>
      </w:r>
      <w:r w:rsidRPr="00993458">
        <w:rPr>
          <w:rFonts w:cs="Times New Roman"/>
          <w:sz w:val="24"/>
          <w:szCs w:val="24"/>
          <w:lang w:eastAsia="it-IT"/>
        </w:rPr>
        <w:br/>
      </w:r>
      <w:r w:rsidRPr="00993458">
        <w:rPr>
          <w:rFonts w:ascii="Segoe UI Symbol" w:hAnsi="Segoe UI Symbol" w:cs="Segoe UI Symbol"/>
          <w:sz w:val="24"/>
          <w:szCs w:val="24"/>
          <w:lang w:eastAsia="it-IT"/>
        </w:rPr>
        <w:t>☐</w:t>
      </w:r>
      <w:r w:rsidRPr="00993458">
        <w:rPr>
          <w:rFonts w:cs="Times New Roman"/>
          <w:sz w:val="24"/>
          <w:szCs w:val="24"/>
          <w:lang w:eastAsia="it-IT"/>
        </w:rPr>
        <w:t xml:space="preserve"> altro: ________________________________________________________________________</w:t>
      </w:r>
    </w:p>
    <w:p w14:paraId="304B8F87" w14:textId="4A255B36" w:rsidR="00993458" w:rsidRPr="00993458" w:rsidRDefault="00993458" w:rsidP="00993458">
      <w:pPr>
        <w:spacing w:after="0"/>
        <w:jc w:val="both"/>
        <w:rPr>
          <w:rFonts w:cs="Times New Roman"/>
          <w:sz w:val="24"/>
          <w:szCs w:val="24"/>
          <w:lang w:eastAsia="it-IT"/>
        </w:rPr>
      </w:pPr>
      <w:r w:rsidRPr="00993458">
        <w:rPr>
          <w:sz w:val="24"/>
          <w:szCs w:val="24"/>
        </w:rPr>
        <w:t>Nel caso di sottoscrizione da parte di procuratore, deve essere allegata copia della procura o altro atto idoneo a comprovare i poteri di firma, qualora gli stessi non risultino dalla visura camerale o da altra documentazione acquisibile d’ufficio dalla Stazione appaltante.</w:t>
      </w:r>
    </w:p>
    <w:p w14:paraId="48C36437" w14:textId="77777777" w:rsidR="00993458" w:rsidRPr="00993458" w:rsidRDefault="00993458" w:rsidP="00993458">
      <w:pPr>
        <w:spacing w:after="0"/>
        <w:rPr>
          <w:rFonts w:cs="Times New Roman"/>
          <w:sz w:val="24"/>
          <w:szCs w:val="24"/>
          <w:lang w:eastAsia="it-IT"/>
        </w:rPr>
      </w:pPr>
      <w:r w:rsidRPr="00993458">
        <w:rPr>
          <w:rFonts w:cs="Times New Roman"/>
          <w:sz w:val="24"/>
          <w:szCs w:val="24"/>
          <w:lang w:eastAsia="it-IT"/>
        </w:rPr>
        <w:t>dell’operatore economico _________________________________________________________,</w:t>
      </w:r>
      <w:r w:rsidRPr="00993458">
        <w:rPr>
          <w:rFonts w:cs="Times New Roman"/>
          <w:sz w:val="24"/>
          <w:szCs w:val="24"/>
          <w:lang w:eastAsia="it-IT"/>
        </w:rPr>
        <w:br/>
        <w:t>con sede legale in ____________________________________, Prov. ________, CAP ________,</w:t>
      </w:r>
      <w:r w:rsidRPr="00993458">
        <w:rPr>
          <w:rFonts w:cs="Times New Roman"/>
          <w:sz w:val="24"/>
          <w:szCs w:val="24"/>
          <w:lang w:eastAsia="it-IT"/>
        </w:rPr>
        <w:br/>
        <w:t>via/piazza __________________________________________________________, n. ________,</w:t>
      </w:r>
      <w:r w:rsidRPr="00993458">
        <w:rPr>
          <w:rFonts w:cs="Times New Roman"/>
          <w:sz w:val="24"/>
          <w:szCs w:val="24"/>
          <w:lang w:eastAsia="it-IT"/>
        </w:rPr>
        <w:br/>
        <w:t>codice fiscale ___________________________________________________________________,</w:t>
      </w:r>
      <w:r w:rsidRPr="00993458">
        <w:rPr>
          <w:rFonts w:cs="Times New Roman"/>
          <w:sz w:val="24"/>
          <w:szCs w:val="24"/>
          <w:lang w:eastAsia="it-IT"/>
        </w:rPr>
        <w:br/>
        <w:t>partita IVA _____________________________________________________________________,</w:t>
      </w:r>
    </w:p>
    <w:p w14:paraId="0AE87869" w14:textId="77777777" w:rsidR="00993458" w:rsidRPr="00993458" w:rsidRDefault="00993458" w:rsidP="00993458">
      <w:pPr>
        <w:spacing w:after="0"/>
        <w:rPr>
          <w:rFonts w:cs="Times New Roman"/>
          <w:sz w:val="24"/>
          <w:szCs w:val="24"/>
          <w:lang w:eastAsia="it-IT"/>
        </w:rPr>
      </w:pPr>
      <w:r w:rsidRPr="00993458">
        <w:rPr>
          <w:rFonts w:cs="Times New Roman"/>
          <w:sz w:val="24"/>
          <w:szCs w:val="24"/>
          <w:lang w:eastAsia="it-IT"/>
        </w:rPr>
        <w:t>iscritto nel Registro delle Imprese presso la C.C.I.A.A. di ________________________________,</w:t>
      </w:r>
      <w:r w:rsidRPr="00993458">
        <w:rPr>
          <w:rFonts w:cs="Times New Roman"/>
          <w:sz w:val="24"/>
          <w:szCs w:val="24"/>
          <w:lang w:eastAsia="it-IT"/>
        </w:rPr>
        <w:br/>
        <w:t>con numero REA ________________________________________________________________,</w:t>
      </w:r>
      <w:r w:rsidRPr="00993458">
        <w:rPr>
          <w:rFonts w:cs="Times New Roman"/>
          <w:sz w:val="24"/>
          <w:szCs w:val="24"/>
          <w:lang w:eastAsia="it-IT"/>
        </w:rPr>
        <w:br/>
        <w:t>ovvero iscritto nel seguente registro/albo equivalente:</w:t>
      </w:r>
      <w:r w:rsidRPr="00993458">
        <w:rPr>
          <w:rFonts w:cs="Times New Roman"/>
          <w:sz w:val="24"/>
          <w:szCs w:val="24"/>
          <w:lang w:eastAsia="it-IT"/>
        </w:rPr>
        <w:br/>
        <w:t>_______________________________________________________________________________,</w:t>
      </w:r>
    </w:p>
    <w:p w14:paraId="011E08C5" w14:textId="77777777" w:rsidR="00993458" w:rsidRPr="00993458" w:rsidRDefault="00993458" w:rsidP="00993458">
      <w:pPr>
        <w:spacing w:after="0"/>
        <w:rPr>
          <w:rFonts w:cs="Times New Roman"/>
          <w:sz w:val="24"/>
          <w:szCs w:val="24"/>
          <w:lang w:eastAsia="it-IT"/>
        </w:rPr>
      </w:pPr>
      <w:r w:rsidRPr="00993458">
        <w:rPr>
          <w:rFonts w:cs="Times New Roman"/>
          <w:sz w:val="24"/>
          <w:szCs w:val="24"/>
          <w:lang w:eastAsia="it-IT"/>
        </w:rPr>
        <w:t>ai fini delle comunicazioni relative alla presente procedura indica i seguenti recapiti:</w:t>
      </w:r>
    </w:p>
    <w:p w14:paraId="78432922" w14:textId="77777777" w:rsidR="00993458" w:rsidRPr="00993458" w:rsidRDefault="00993458" w:rsidP="00993458">
      <w:pPr>
        <w:spacing w:after="0"/>
        <w:rPr>
          <w:rFonts w:cs="Times New Roman"/>
          <w:sz w:val="24"/>
          <w:szCs w:val="24"/>
          <w:lang w:eastAsia="it-IT"/>
        </w:rPr>
      </w:pPr>
      <w:r w:rsidRPr="00993458">
        <w:rPr>
          <w:rFonts w:cs="Times New Roman"/>
          <w:sz w:val="24"/>
          <w:szCs w:val="24"/>
          <w:lang w:eastAsia="it-IT"/>
        </w:rPr>
        <w:t>PEC ___________________________________________________________________________</w:t>
      </w:r>
      <w:r w:rsidRPr="00993458">
        <w:rPr>
          <w:rFonts w:cs="Times New Roman"/>
          <w:sz w:val="24"/>
          <w:szCs w:val="24"/>
          <w:lang w:eastAsia="it-IT"/>
        </w:rPr>
        <w:br/>
        <w:t>e-mail _________________________________________________________________________</w:t>
      </w:r>
      <w:r w:rsidRPr="00993458">
        <w:rPr>
          <w:rFonts w:cs="Times New Roman"/>
          <w:sz w:val="24"/>
          <w:szCs w:val="24"/>
          <w:lang w:eastAsia="it-IT"/>
        </w:rPr>
        <w:br/>
        <w:t>telefono _______________________________________________________________________</w:t>
      </w:r>
    </w:p>
    <w:p w14:paraId="438DE6B4" w14:textId="3DE7A7D9" w:rsidR="00993458" w:rsidRPr="00993458" w:rsidRDefault="00993458" w:rsidP="00993458">
      <w:pPr>
        <w:spacing w:after="0"/>
        <w:rPr>
          <w:rFonts w:cs="Times New Roman"/>
          <w:sz w:val="24"/>
          <w:szCs w:val="24"/>
          <w:lang w:eastAsia="it-IT"/>
        </w:rPr>
      </w:pPr>
      <w:r w:rsidRPr="00993458">
        <w:rPr>
          <w:rFonts w:cs="Times New Roman"/>
          <w:sz w:val="24"/>
          <w:szCs w:val="24"/>
          <w:lang w:eastAsia="it-IT"/>
        </w:rPr>
        <w:t>elegge domicilio digitale presso il seguente indirizzo PEC:</w:t>
      </w:r>
      <w:r w:rsidR="008B7386">
        <w:rPr>
          <w:rFonts w:cs="Times New Roman"/>
          <w:sz w:val="24"/>
          <w:szCs w:val="24"/>
          <w:lang w:eastAsia="it-IT"/>
        </w:rPr>
        <w:t xml:space="preserve"> _________________________________</w:t>
      </w:r>
    </w:p>
    <w:p w14:paraId="7E7DFF90" w14:textId="77777777" w:rsidR="00993458" w:rsidRPr="00993458" w:rsidRDefault="00993458" w:rsidP="00993458">
      <w:pPr>
        <w:spacing w:after="0"/>
        <w:jc w:val="center"/>
        <w:rPr>
          <w:b/>
          <w:sz w:val="24"/>
          <w:szCs w:val="24"/>
        </w:rPr>
      </w:pPr>
    </w:p>
    <w:p w14:paraId="009BBD71" w14:textId="46BDE81A" w:rsidR="00B40040" w:rsidRPr="00993458" w:rsidRDefault="000E644E" w:rsidP="00993458">
      <w:pPr>
        <w:spacing w:after="0"/>
        <w:jc w:val="center"/>
        <w:rPr>
          <w:sz w:val="24"/>
          <w:szCs w:val="24"/>
        </w:rPr>
      </w:pPr>
      <w:r w:rsidRPr="00993458">
        <w:rPr>
          <w:b/>
          <w:sz w:val="24"/>
          <w:szCs w:val="24"/>
        </w:rPr>
        <w:t>C H I E D E</w:t>
      </w:r>
    </w:p>
    <w:p w14:paraId="3180C5B4" w14:textId="70DF9BDC" w:rsidR="003C2A1E" w:rsidRPr="00993458" w:rsidRDefault="003C2A1E" w:rsidP="00993458">
      <w:pPr>
        <w:spacing w:after="0"/>
        <w:jc w:val="both"/>
        <w:rPr>
          <w:sz w:val="24"/>
          <w:szCs w:val="24"/>
        </w:rPr>
      </w:pPr>
      <w:r w:rsidRPr="00993458">
        <w:rPr>
          <w:sz w:val="24"/>
          <w:szCs w:val="24"/>
        </w:rPr>
        <w:lastRenderedPageBreak/>
        <w:t xml:space="preserve">di essere invitato alla procedura negoziata sottosoglia ex art. 50, comma 1, lett. e), del </w:t>
      </w:r>
      <w:r w:rsidR="008B7386" w:rsidRPr="00993458">
        <w:rPr>
          <w:sz w:val="24"/>
          <w:szCs w:val="24"/>
        </w:rPr>
        <w:t>D.lgs.</w:t>
      </w:r>
      <w:r w:rsidRPr="00993458">
        <w:rPr>
          <w:sz w:val="24"/>
          <w:szCs w:val="24"/>
        </w:rPr>
        <w:t xml:space="preserve"> n. 36/2023, per l’affidamento del servizio di tesoreria comunale del Comune di Olbia per il periodo 01.01.2027 – 31.12.2029.</w:t>
      </w:r>
    </w:p>
    <w:p w14:paraId="342D4A3B" w14:textId="77777777" w:rsidR="003C2A1E" w:rsidRPr="00993458" w:rsidRDefault="003C2A1E" w:rsidP="00993458">
      <w:pPr>
        <w:spacing w:after="0"/>
        <w:jc w:val="both"/>
        <w:rPr>
          <w:sz w:val="24"/>
          <w:szCs w:val="24"/>
        </w:rPr>
      </w:pPr>
    </w:p>
    <w:p w14:paraId="053E4EF2" w14:textId="488589FB" w:rsidR="00001ADA" w:rsidRPr="00993458" w:rsidRDefault="003C2A1E" w:rsidP="00993458">
      <w:pPr>
        <w:spacing w:after="0"/>
        <w:jc w:val="both"/>
        <w:rPr>
          <w:b/>
          <w:sz w:val="24"/>
          <w:szCs w:val="24"/>
        </w:rPr>
      </w:pPr>
      <w:r w:rsidRPr="00993458">
        <w:rPr>
          <w:sz w:val="24"/>
          <w:szCs w:val="24"/>
        </w:rPr>
        <w:t>A tal fine, consapevole della decadenza dai benefici e delle sanzioni penali previste in caso di dichiarazioni mendaci o contenenti dati non rispondenti a verità, ai sensi degli artt. 75 e 76 del D.P.R. 28 dicembre 2000, n. 445,</w:t>
      </w:r>
    </w:p>
    <w:p w14:paraId="1025C5FF" w14:textId="04532851" w:rsidR="00B40040" w:rsidRPr="00993458" w:rsidRDefault="000E644E" w:rsidP="00993458">
      <w:pPr>
        <w:spacing w:after="0"/>
        <w:jc w:val="center"/>
        <w:rPr>
          <w:b/>
          <w:sz w:val="24"/>
          <w:szCs w:val="24"/>
        </w:rPr>
      </w:pPr>
      <w:r w:rsidRPr="00993458">
        <w:rPr>
          <w:b/>
          <w:sz w:val="24"/>
          <w:szCs w:val="24"/>
        </w:rPr>
        <w:t>D I C H I A R A</w:t>
      </w:r>
    </w:p>
    <w:p w14:paraId="7ACF2B49" w14:textId="4BF4BE28" w:rsidR="003C2A1E" w:rsidRPr="00993458" w:rsidRDefault="003C2A1E" w:rsidP="00993458">
      <w:pPr>
        <w:pStyle w:val="Paragrafoelenco"/>
        <w:numPr>
          <w:ilvl w:val="0"/>
          <w:numId w:val="11"/>
        </w:numPr>
        <w:spacing w:after="0"/>
        <w:ind w:left="357" w:hanging="357"/>
        <w:jc w:val="both"/>
        <w:rPr>
          <w:rFonts w:cs="Times New Roman"/>
          <w:sz w:val="24"/>
          <w:szCs w:val="24"/>
          <w:lang w:eastAsia="it-IT"/>
        </w:rPr>
      </w:pPr>
      <w:r w:rsidRPr="00993458">
        <w:rPr>
          <w:rFonts w:cs="Times New Roman"/>
          <w:sz w:val="24"/>
          <w:szCs w:val="24"/>
          <w:lang w:eastAsia="it-IT"/>
        </w:rPr>
        <w:t>di manifestare interesse ad essere invitato alla successiva procedura negoziata per l’affidamento del servizio in oggetto;</w:t>
      </w:r>
    </w:p>
    <w:p w14:paraId="78BC91E4" w14:textId="69AC6691" w:rsidR="003C2A1E" w:rsidRPr="00993458" w:rsidRDefault="003C2A1E" w:rsidP="00993458">
      <w:pPr>
        <w:pStyle w:val="Paragrafoelenco"/>
        <w:numPr>
          <w:ilvl w:val="0"/>
          <w:numId w:val="11"/>
        </w:numPr>
        <w:spacing w:after="0"/>
        <w:ind w:left="357" w:hanging="357"/>
        <w:jc w:val="both"/>
        <w:rPr>
          <w:rFonts w:cs="Times New Roman"/>
          <w:sz w:val="24"/>
          <w:szCs w:val="24"/>
          <w:lang w:eastAsia="it-IT"/>
        </w:rPr>
      </w:pPr>
      <w:r w:rsidRPr="00993458">
        <w:rPr>
          <w:rFonts w:cs="Times New Roman"/>
          <w:sz w:val="24"/>
          <w:szCs w:val="24"/>
          <w:lang w:eastAsia="it-IT"/>
        </w:rPr>
        <w:t>di essere in possesso dei requisiti di ordine generale previsti dagli artt. 94, 95, 96, 97 e 98 del D.lgs. n. 36/2023;</w:t>
      </w:r>
    </w:p>
    <w:p w14:paraId="7535DA20" w14:textId="749159C2" w:rsidR="003C2A1E" w:rsidRPr="00993458" w:rsidRDefault="003C2A1E" w:rsidP="00993458">
      <w:pPr>
        <w:pStyle w:val="Paragrafoelenco"/>
        <w:numPr>
          <w:ilvl w:val="0"/>
          <w:numId w:val="11"/>
        </w:numPr>
        <w:spacing w:after="0"/>
        <w:ind w:left="357" w:hanging="357"/>
        <w:jc w:val="both"/>
        <w:rPr>
          <w:rFonts w:cs="Times New Roman"/>
          <w:sz w:val="24"/>
          <w:szCs w:val="24"/>
          <w:lang w:eastAsia="it-IT"/>
        </w:rPr>
      </w:pPr>
      <w:r w:rsidRPr="00993458">
        <w:rPr>
          <w:rFonts w:cs="Times New Roman"/>
          <w:sz w:val="24"/>
          <w:szCs w:val="24"/>
          <w:lang w:eastAsia="it-IT"/>
        </w:rPr>
        <w:t>che nei propri confronti e nei confronti dell’operatore economico rappresentato non ricorrono cause di esclusione dalle procedure di affidamento di contratti pubblici previste dal D.lgs. n. 36/2023;</w:t>
      </w:r>
    </w:p>
    <w:p w14:paraId="2DFDF909" w14:textId="77777777" w:rsidR="003C2A1E" w:rsidRPr="00993458" w:rsidRDefault="003C2A1E" w:rsidP="00993458">
      <w:pPr>
        <w:pStyle w:val="Paragrafoelenco"/>
        <w:numPr>
          <w:ilvl w:val="0"/>
          <w:numId w:val="11"/>
        </w:numPr>
        <w:spacing w:after="0"/>
        <w:ind w:left="357" w:hanging="357"/>
        <w:jc w:val="both"/>
        <w:rPr>
          <w:rFonts w:cs="Times New Roman"/>
          <w:sz w:val="24"/>
          <w:szCs w:val="24"/>
          <w:lang w:eastAsia="it-IT"/>
        </w:rPr>
      </w:pPr>
      <w:r w:rsidRPr="00993458">
        <w:rPr>
          <w:rFonts w:cs="Times New Roman"/>
          <w:sz w:val="24"/>
          <w:szCs w:val="24"/>
          <w:lang w:eastAsia="it-IT"/>
        </w:rPr>
        <w:t>di non aver presentato, nella presente procedura o in precedenti procedure di affidamento, documentazione o dichiarazioni non veritiere;</w:t>
      </w:r>
    </w:p>
    <w:p w14:paraId="0347880B" w14:textId="77777777" w:rsidR="003C2A1E" w:rsidRPr="00993458" w:rsidRDefault="003C2A1E" w:rsidP="00993458">
      <w:pPr>
        <w:pStyle w:val="Paragrafoelenco"/>
        <w:numPr>
          <w:ilvl w:val="0"/>
          <w:numId w:val="11"/>
        </w:numPr>
        <w:spacing w:after="0"/>
        <w:ind w:left="357" w:hanging="357"/>
        <w:jc w:val="both"/>
        <w:rPr>
          <w:rFonts w:cs="Times New Roman"/>
          <w:sz w:val="24"/>
          <w:szCs w:val="24"/>
          <w:lang w:eastAsia="it-IT"/>
        </w:rPr>
      </w:pPr>
      <w:r w:rsidRPr="00993458">
        <w:rPr>
          <w:rFonts w:cs="Times New Roman"/>
          <w:sz w:val="24"/>
          <w:szCs w:val="24"/>
          <w:lang w:eastAsia="it-IT"/>
        </w:rPr>
        <w:t>di non essere iscritto nel casellario informatico tenuto dall’ANAC per aver presentato false dichiarazioni o falsa documentazione nelle procedure di gara o negli affidamenti di subappalti;</w:t>
      </w:r>
    </w:p>
    <w:p w14:paraId="6A3AC331" w14:textId="77777777" w:rsidR="003C2A1E" w:rsidRPr="00993458" w:rsidRDefault="003C2A1E" w:rsidP="00993458">
      <w:pPr>
        <w:pStyle w:val="Paragrafoelenco"/>
        <w:numPr>
          <w:ilvl w:val="0"/>
          <w:numId w:val="11"/>
        </w:numPr>
        <w:spacing w:after="0"/>
        <w:ind w:left="357" w:hanging="357"/>
        <w:jc w:val="both"/>
        <w:rPr>
          <w:rFonts w:cs="Times New Roman"/>
          <w:sz w:val="24"/>
          <w:szCs w:val="24"/>
          <w:lang w:eastAsia="it-IT"/>
        </w:rPr>
      </w:pPr>
      <w:r w:rsidRPr="00993458">
        <w:rPr>
          <w:rFonts w:cs="Times New Roman"/>
          <w:sz w:val="24"/>
          <w:szCs w:val="24"/>
          <w:lang w:eastAsia="it-IT"/>
        </w:rPr>
        <w:t>di non essersi reso colpevole di gravi illeciti professionali tali da rendere dubbia la propria integrità o affidabilità;</w:t>
      </w:r>
    </w:p>
    <w:p w14:paraId="6B5F2DA8" w14:textId="77777777" w:rsidR="003C2A1E" w:rsidRPr="00993458" w:rsidRDefault="003C2A1E" w:rsidP="00993458">
      <w:pPr>
        <w:pStyle w:val="Paragrafoelenco"/>
        <w:numPr>
          <w:ilvl w:val="0"/>
          <w:numId w:val="11"/>
        </w:numPr>
        <w:spacing w:after="0"/>
        <w:ind w:left="357" w:hanging="357"/>
        <w:jc w:val="both"/>
        <w:rPr>
          <w:rFonts w:cs="Times New Roman"/>
          <w:sz w:val="24"/>
          <w:szCs w:val="24"/>
          <w:lang w:eastAsia="it-IT"/>
        </w:rPr>
      </w:pPr>
      <w:r w:rsidRPr="00993458">
        <w:rPr>
          <w:rFonts w:cs="Times New Roman"/>
          <w:sz w:val="24"/>
          <w:szCs w:val="24"/>
          <w:lang w:eastAsia="it-IT"/>
        </w:rPr>
        <w:t>di non aver tentato di influenzare indebitamente il processo decisionale della Stazione appaltante o di ottenere informazioni riservate a fini di proprio vantaggio;</w:t>
      </w:r>
    </w:p>
    <w:p w14:paraId="3D67645E" w14:textId="77777777" w:rsidR="003C2A1E" w:rsidRPr="00993458" w:rsidRDefault="003C2A1E" w:rsidP="00993458">
      <w:pPr>
        <w:pStyle w:val="Paragrafoelenco"/>
        <w:numPr>
          <w:ilvl w:val="0"/>
          <w:numId w:val="11"/>
        </w:numPr>
        <w:spacing w:after="0"/>
        <w:ind w:left="357" w:hanging="357"/>
        <w:jc w:val="both"/>
        <w:rPr>
          <w:rFonts w:cs="Times New Roman"/>
          <w:sz w:val="24"/>
          <w:szCs w:val="24"/>
          <w:lang w:eastAsia="it-IT"/>
        </w:rPr>
      </w:pPr>
      <w:r w:rsidRPr="00993458">
        <w:rPr>
          <w:rFonts w:cs="Times New Roman"/>
          <w:sz w:val="24"/>
          <w:szCs w:val="24"/>
          <w:lang w:eastAsia="it-IT"/>
        </w:rPr>
        <w:t>di non aver fornito, anche per negligenza, informazioni false o fuorvianti suscettibili di influenzare le decisioni sull’esclusione, sulla selezione o sull’aggiudicazione;</w:t>
      </w:r>
    </w:p>
    <w:p w14:paraId="42823800" w14:textId="77777777" w:rsidR="003C2A1E" w:rsidRPr="00993458" w:rsidRDefault="003C2A1E" w:rsidP="00993458">
      <w:pPr>
        <w:pStyle w:val="Paragrafoelenco"/>
        <w:numPr>
          <w:ilvl w:val="0"/>
          <w:numId w:val="11"/>
        </w:numPr>
        <w:spacing w:after="0"/>
        <w:ind w:left="357" w:hanging="357"/>
        <w:jc w:val="both"/>
        <w:rPr>
          <w:rFonts w:cs="Times New Roman"/>
          <w:sz w:val="24"/>
          <w:szCs w:val="24"/>
          <w:lang w:eastAsia="it-IT"/>
        </w:rPr>
      </w:pPr>
      <w:r w:rsidRPr="00993458">
        <w:rPr>
          <w:rFonts w:cs="Times New Roman"/>
          <w:sz w:val="24"/>
          <w:szCs w:val="24"/>
          <w:lang w:eastAsia="it-IT"/>
        </w:rPr>
        <w:t>di non aver omesso informazioni dovute ai fini del corretto svolgimento della procedura di selezione;</w:t>
      </w:r>
    </w:p>
    <w:p w14:paraId="18AB2747" w14:textId="77777777" w:rsidR="003C2A1E" w:rsidRPr="00993458" w:rsidRDefault="003C2A1E" w:rsidP="00993458">
      <w:pPr>
        <w:pStyle w:val="Paragrafoelenco"/>
        <w:numPr>
          <w:ilvl w:val="0"/>
          <w:numId w:val="11"/>
        </w:numPr>
        <w:spacing w:after="0"/>
        <w:ind w:left="357" w:hanging="357"/>
        <w:jc w:val="both"/>
        <w:rPr>
          <w:rFonts w:cs="Times New Roman"/>
          <w:sz w:val="24"/>
          <w:szCs w:val="24"/>
          <w:lang w:eastAsia="it-IT"/>
        </w:rPr>
      </w:pPr>
      <w:r w:rsidRPr="00993458">
        <w:rPr>
          <w:rFonts w:cs="Times New Roman"/>
          <w:sz w:val="24"/>
          <w:szCs w:val="24"/>
          <w:lang w:eastAsia="it-IT"/>
        </w:rPr>
        <w:t>di non aver commesso significative o persistenti carenze nell’esecuzione di precedenti contratti pubblici tali da averne causato la risoluzione per inadempimento, la condanna al risarcimento del danno o altre sanzioni comparabili;</w:t>
      </w:r>
    </w:p>
    <w:p w14:paraId="790E8902" w14:textId="711530CE" w:rsidR="003C2A1E" w:rsidRPr="00993458" w:rsidRDefault="003C2A1E" w:rsidP="00993458">
      <w:pPr>
        <w:pStyle w:val="Paragrafoelenco"/>
        <w:numPr>
          <w:ilvl w:val="0"/>
          <w:numId w:val="11"/>
        </w:numPr>
        <w:spacing w:after="0"/>
        <w:ind w:left="357" w:hanging="357"/>
        <w:jc w:val="both"/>
        <w:rPr>
          <w:rFonts w:cs="Times New Roman"/>
          <w:sz w:val="24"/>
          <w:szCs w:val="24"/>
          <w:lang w:eastAsia="it-IT"/>
        </w:rPr>
      </w:pPr>
      <w:r w:rsidRPr="00993458">
        <w:rPr>
          <w:rFonts w:cs="Times New Roman"/>
          <w:sz w:val="24"/>
          <w:szCs w:val="24"/>
          <w:lang w:eastAsia="it-IT"/>
        </w:rPr>
        <w:t>di non trovarsi in stato di liquidazione giudiziale, liquidazione coatta, concordato preventivo, né in altra situazione equivalente prevista dalla normativa vigente, salvo quanto consentito dal D.lgs. n. 36/2023;</w:t>
      </w:r>
    </w:p>
    <w:p w14:paraId="3DAB1719" w14:textId="77777777" w:rsidR="003C2A1E" w:rsidRPr="00993458" w:rsidRDefault="003C2A1E" w:rsidP="00993458">
      <w:pPr>
        <w:pStyle w:val="Paragrafoelenco"/>
        <w:numPr>
          <w:ilvl w:val="0"/>
          <w:numId w:val="11"/>
        </w:numPr>
        <w:spacing w:after="0"/>
        <w:ind w:left="357" w:hanging="357"/>
        <w:jc w:val="both"/>
        <w:rPr>
          <w:rFonts w:cs="Times New Roman"/>
          <w:sz w:val="24"/>
          <w:szCs w:val="24"/>
          <w:lang w:eastAsia="it-IT"/>
        </w:rPr>
      </w:pPr>
      <w:r w:rsidRPr="00993458">
        <w:rPr>
          <w:rFonts w:cs="Times New Roman"/>
          <w:sz w:val="24"/>
          <w:szCs w:val="24"/>
          <w:lang w:eastAsia="it-IT"/>
        </w:rPr>
        <w:t>di non essersi reso inottemperante agli obblighi relativi al pagamento di imposte e tasse o contributi previdenziali, secondo quanto previsto dalla normativa vigente;</w:t>
      </w:r>
    </w:p>
    <w:p w14:paraId="532C0DEC" w14:textId="77777777" w:rsidR="003C2A1E" w:rsidRPr="00993458" w:rsidRDefault="003C2A1E" w:rsidP="00993458">
      <w:pPr>
        <w:pStyle w:val="Paragrafoelenco"/>
        <w:numPr>
          <w:ilvl w:val="0"/>
          <w:numId w:val="11"/>
        </w:numPr>
        <w:spacing w:after="0"/>
        <w:ind w:left="357" w:hanging="357"/>
        <w:jc w:val="both"/>
        <w:rPr>
          <w:rFonts w:cs="Times New Roman"/>
          <w:sz w:val="24"/>
          <w:szCs w:val="24"/>
          <w:lang w:eastAsia="it-IT"/>
        </w:rPr>
      </w:pPr>
      <w:r w:rsidRPr="00993458">
        <w:rPr>
          <w:rFonts w:cs="Times New Roman"/>
          <w:sz w:val="24"/>
          <w:szCs w:val="24"/>
          <w:lang w:eastAsia="it-IT"/>
        </w:rPr>
        <w:t xml:space="preserve">□ di essere </w:t>
      </w:r>
    </w:p>
    <w:p w14:paraId="32DDC664" w14:textId="77777777" w:rsidR="003C2A1E" w:rsidRPr="00993458" w:rsidRDefault="003C2A1E" w:rsidP="00993458">
      <w:pPr>
        <w:pStyle w:val="Paragrafoelenco"/>
        <w:spacing w:after="0"/>
        <w:ind w:left="357"/>
        <w:jc w:val="both"/>
        <w:rPr>
          <w:rFonts w:cs="Times New Roman"/>
          <w:sz w:val="24"/>
          <w:szCs w:val="24"/>
          <w:lang w:eastAsia="it-IT"/>
        </w:rPr>
      </w:pPr>
      <w:r w:rsidRPr="00993458">
        <w:rPr>
          <w:rFonts w:cs="Times New Roman"/>
          <w:sz w:val="24"/>
          <w:szCs w:val="24"/>
          <w:lang w:eastAsia="it-IT"/>
        </w:rPr>
        <w:t>□di non essere</w:t>
      </w:r>
    </w:p>
    <w:p w14:paraId="67A20035" w14:textId="2B5339D1" w:rsidR="003C2A1E" w:rsidRPr="00993458" w:rsidRDefault="003C2A1E" w:rsidP="00993458">
      <w:pPr>
        <w:pStyle w:val="Paragrafoelenco"/>
        <w:spacing w:after="0"/>
        <w:ind w:left="357"/>
        <w:jc w:val="both"/>
        <w:rPr>
          <w:rFonts w:cs="Times New Roman"/>
          <w:sz w:val="24"/>
          <w:szCs w:val="24"/>
          <w:lang w:eastAsia="it-IT"/>
        </w:rPr>
      </w:pPr>
      <w:r w:rsidRPr="00993458">
        <w:rPr>
          <w:rFonts w:cs="Times New Roman"/>
          <w:sz w:val="24"/>
          <w:szCs w:val="24"/>
          <w:lang w:eastAsia="it-IT"/>
        </w:rPr>
        <w:t>una micro, piccola o media impresa, come definita dall’art. 2 dell’allegato alla Raccomandazione della Commissione europea 2003/361/CE del 6 maggio 2003;</w:t>
      </w:r>
    </w:p>
    <w:p w14:paraId="4CEEE132" w14:textId="77777777" w:rsidR="003C2A1E" w:rsidRPr="00993458" w:rsidRDefault="003C2A1E" w:rsidP="00993458">
      <w:pPr>
        <w:pStyle w:val="Paragrafoelenco"/>
        <w:numPr>
          <w:ilvl w:val="0"/>
          <w:numId w:val="11"/>
        </w:numPr>
        <w:spacing w:after="0"/>
        <w:ind w:left="357" w:hanging="357"/>
        <w:jc w:val="both"/>
        <w:rPr>
          <w:rFonts w:cs="Times New Roman"/>
          <w:sz w:val="24"/>
          <w:szCs w:val="24"/>
          <w:lang w:eastAsia="it-IT"/>
        </w:rPr>
      </w:pPr>
      <w:r w:rsidRPr="00993458">
        <w:rPr>
          <w:rFonts w:cs="Times New Roman"/>
          <w:sz w:val="24"/>
          <w:szCs w:val="24"/>
          <w:lang w:eastAsia="it-IT"/>
        </w:rPr>
        <w:t>di essere iscritto nel Registro delle Imprese presso la Camera di Commercio, Industria, Artigianato e Agricoltura, ovvero in altro registro/albo equivalente in ragione della propria natura giuridica, per attività coerenti con l’oggetto della presente procedura;</w:t>
      </w:r>
    </w:p>
    <w:p w14:paraId="0342233E" w14:textId="7A65213F" w:rsidR="003C2A1E" w:rsidRPr="00993458" w:rsidRDefault="003C2A1E" w:rsidP="00993458">
      <w:pPr>
        <w:pStyle w:val="Paragrafoelenco"/>
        <w:numPr>
          <w:ilvl w:val="0"/>
          <w:numId w:val="11"/>
        </w:numPr>
        <w:spacing w:after="0"/>
        <w:ind w:left="357" w:hanging="357"/>
        <w:jc w:val="both"/>
        <w:rPr>
          <w:rFonts w:cs="Times New Roman"/>
          <w:sz w:val="24"/>
          <w:szCs w:val="24"/>
          <w:lang w:eastAsia="it-IT"/>
        </w:rPr>
      </w:pPr>
      <w:r w:rsidRPr="00993458">
        <w:rPr>
          <w:rFonts w:cs="Times New Roman"/>
          <w:sz w:val="24"/>
          <w:szCs w:val="24"/>
          <w:lang w:eastAsia="it-IT"/>
        </w:rPr>
        <w:lastRenderedPageBreak/>
        <w:t>di essere in possesso dell’abilitazione allo svolgimento del servizio di tesoreria degli enti locali ai sensi dell’art. 208 del D.lgs. n. 267/2000 e della normativa speciale applicabile;</w:t>
      </w:r>
    </w:p>
    <w:p w14:paraId="1B4EC077" w14:textId="77777777" w:rsidR="003C2A1E" w:rsidRPr="00993458" w:rsidRDefault="003C2A1E" w:rsidP="00993458">
      <w:pPr>
        <w:pStyle w:val="Paragrafoelenco"/>
        <w:numPr>
          <w:ilvl w:val="0"/>
          <w:numId w:val="11"/>
        </w:numPr>
        <w:spacing w:after="0"/>
        <w:ind w:left="357" w:hanging="357"/>
        <w:jc w:val="both"/>
        <w:rPr>
          <w:rFonts w:cs="Times New Roman"/>
          <w:sz w:val="24"/>
          <w:szCs w:val="24"/>
          <w:lang w:eastAsia="it-IT"/>
        </w:rPr>
      </w:pPr>
      <w:r w:rsidRPr="00993458">
        <w:rPr>
          <w:rFonts w:cs="Times New Roman"/>
          <w:sz w:val="24"/>
          <w:szCs w:val="24"/>
          <w:lang w:eastAsia="it-IT"/>
        </w:rPr>
        <w:t>di essere in possesso del requisito di capacità tecnica e professionale previsto dall’avviso di manifestazione di interesse, avendo regolarmente eseguito, nel periodo di riferimento previsto dalla normativa vigente, almeno un contratto della durata di almeno un anno avente ad oggetto il servizio di tesoreria in favore di un ente locale con popolazione non inferiore a 40.000 abitanti;</w:t>
      </w:r>
    </w:p>
    <w:p w14:paraId="373A5EE3" w14:textId="77777777" w:rsidR="003C2A1E" w:rsidRPr="00993458" w:rsidRDefault="003C2A1E" w:rsidP="00993458">
      <w:pPr>
        <w:pStyle w:val="Paragrafoelenco"/>
        <w:numPr>
          <w:ilvl w:val="0"/>
          <w:numId w:val="11"/>
        </w:numPr>
        <w:spacing w:after="0"/>
        <w:ind w:left="357" w:hanging="357"/>
        <w:jc w:val="both"/>
        <w:rPr>
          <w:rFonts w:cs="Times New Roman"/>
          <w:sz w:val="24"/>
          <w:szCs w:val="24"/>
          <w:lang w:eastAsia="it-IT"/>
        </w:rPr>
      </w:pPr>
      <w:r w:rsidRPr="00993458">
        <w:rPr>
          <w:rFonts w:cs="Times New Roman"/>
          <w:sz w:val="24"/>
          <w:szCs w:val="24"/>
          <w:lang w:eastAsia="it-IT"/>
        </w:rPr>
        <w:t>a tal fine, indica il seguente servizio svolto:</w:t>
      </w:r>
    </w:p>
    <w:p w14:paraId="55570A26" w14:textId="77777777" w:rsidR="003C2A1E" w:rsidRPr="00993458" w:rsidRDefault="003C2A1E" w:rsidP="00993458">
      <w:pPr>
        <w:pStyle w:val="Paragrafoelenco"/>
        <w:spacing w:after="0"/>
        <w:ind w:left="0"/>
        <w:rPr>
          <w:rFonts w:cs="Times New Roman"/>
          <w:sz w:val="24"/>
          <w:szCs w:val="24"/>
          <w:lang w:eastAsia="it-IT"/>
        </w:rPr>
      </w:pPr>
      <w:r w:rsidRPr="00993458">
        <w:rPr>
          <w:rFonts w:cs="Times New Roman"/>
          <w:b/>
          <w:bCs/>
          <w:sz w:val="24"/>
          <w:szCs w:val="24"/>
          <w:lang w:eastAsia="it-IT"/>
        </w:rPr>
        <w:t>Ente locale committente:</w:t>
      </w:r>
      <w:r w:rsidRPr="00993458">
        <w:rPr>
          <w:rFonts w:cs="Times New Roman"/>
          <w:sz w:val="24"/>
          <w:szCs w:val="24"/>
          <w:lang w:eastAsia="it-IT"/>
        </w:rPr>
        <w:t xml:space="preserve"> ________________________________________________</w:t>
      </w:r>
      <w:r w:rsidRPr="00993458">
        <w:rPr>
          <w:rFonts w:cs="Times New Roman"/>
          <w:sz w:val="24"/>
          <w:szCs w:val="24"/>
          <w:lang w:eastAsia="it-IT"/>
        </w:rPr>
        <w:br/>
      </w:r>
      <w:r w:rsidRPr="00993458">
        <w:rPr>
          <w:rFonts w:cs="Times New Roman"/>
          <w:b/>
          <w:bCs/>
          <w:sz w:val="24"/>
          <w:szCs w:val="24"/>
          <w:lang w:eastAsia="it-IT"/>
        </w:rPr>
        <w:t>Popolazione dell’ente locale:</w:t>
      </w:r>
      <w:r w:rsidRPr="00993458">
        <w:rPr>
          <w:rFonts w:cs="Times New Roman"/>
          <w:sz w:val="24"/>
          <w:szCs w:val="24"/>
          <w:lang w:eastAsia="it-IT"/>
        </w:rPr>
        <w:t xml:space="preserve"> ____________________________________________</w:t>
      </w:r>
      <w:r w:rsidRPr="00993458">
        <w:rPr>
          <w:rFonts w:cs="Times New Roman"/>
          <w:sz w:val="24"/>
          <w:szCs w:val="24"/>
          <w:lang w:eastAsia="it-IT"/>
        </w:rPr>
        <w:br/>
      </w:r>
      <w:r w:rsidRPr="00993458">
        <w:rPr>
          <w:rFonts w:cs="Times New Roman"/>
          <w:b/>
          <w:bCs/>
          <w:sz w:val="24"/>
          <w:szCs w:val="24"/>
          <w:lang w:eastAsia="it-IT"/>
        </w:rPr>
        <w:t>Oggetto del servizio:</w:t>
      </w:r>
      <w:r w:rsidRPr="00993458">
        <w:rPr>
          <w:rFonts w:cs="Times New Roman"/>
          <w:sz w:val="24"/>
          <w:szCs w:val="24"/>
          <w:lang w:eastAsia="it-IT"/>
        </w:rPr>
        <w:t xml:space="preserve"> ___________________________________________________</w:t>
      </w:r>
      <w:r w:rsidRPr="00993458">
        <w:rPr>
          <w:rFonts w:cs="Times New Roman"/>
          <w:sz w:val="24"/>
          <w:szCs w:val="24"/>
          <w:lang w:eastAsia="it-IT"/>
        </w:rPr>
        <w:br/>
      </w:r>
      <w:r w:rsidRPr="00993458">
        <w:rPr>
          <w:rFonts w:cs="Times New Roman"/>
          <w:b/>
          <w:bCs/>
          <w:sz w:val="24"/>
          <w:szCs w:val="24"/>
          <w:lang w:eastAsia="it-IT"/>
        </w:rPr>
        <w:t>Periodo di esecuzione:</w:t>
      </w:r>
      <w:r w:rsidRPr="00993458">
        <w:rPr>
          <w:rFonts w:cs="Times New Roman"/>
          <w:sz w:val="24"/>
          <w:szCs w:val="24"/>
          <w:lang w:eastAsia="it-IT"/>
        </w:rPr>
        <w:t xml:space="preserve"> dal ____________________ al ________________________</w:t>
      </w:r>
      <w:r w:rsidRPr="00993458">
        <w:rPr>
          <w:rFonts w:cs="Times New Roman"/>
          <w:sz w:val="24"/>
          <w:szCs w:val="24"/>
          <w:lang w:eastAsia="it-IT"/>
        </w:rPr>
        <w:br/>
      </w:r>
      <w:r w:rsidRPr="00993458">
        <w:rPr>
          <w:rFonts w:cs="Times New Roman"/>
          <w:b/>
          <w:bCs/>
          <w:sz w:val="24"/>
          <w:szCs w:val="24"/>
          <w:lang w:eastAsia="it-IT"/>
        </w:rPr>
        <w:t>Durata complessiva:</w:t>
      </w:r>
      <w:r w:rsidRPr="00993458">
        <w:rPr>
          <w:rFonts w:cs="Times New Roman"/>
          <w:sz w:val="24"/>
          <w:szCs w:val="24"/>
          <w:lang w:eastAsia="it-IT"/>
        </w:rPr>
        <w:t xml:space="preserve"> ___________________________________________________</w:t>
      </w:r>
      <w:r w:rsidRPr="00993458">
        <w:rPr>
          <w:rFonts w:cs="Times New Roman"/>
          <w:sz w:val="24"/>
          <w:szCs w:val="24"/>
          <w:lang w:eastAsia="it-IT"/>
        </w:rPr>
        <w:br/>
      </w:r>
      <w:r w:rsidRPr="00993458">
        <w:rPr>
          <w:rFonts w:cs="Times New Roman"/>
          <w:b/>
          <w:bCs/>
          <w:sz w:val="24"/>
          <w:szCs w:val="24"/>
          <w:lang w:eastAsia="it-IT"/>
        </w:rPr>
        <w:t>Estremi del contratto / provvedimento / altra documentazione utile:</w:t>
      </w:r>
    </w:p>
    <w:p w14:paraId="072D2BED" w14:textId="77777777" w:rsidR="003C2A1E" w:rsidRPr="00993458" w:rsidRDefault="00D850E8" w:rsidP="00993458">
      <w:pPr>
        <w:pStyle w:val="Paragrafoelenco"/>
        <w:spacing w:after="0"/>
        <w:ind w:left="0"/>
        <w:rPr>
          <w:rFonts w:cs="Times New Roman"/>
          <w:sz w:val="24"/>
          <w:szCs w:val="24"/>
          <w:lang w:eastAsia="it-IT"/>
        </w:rPr>
      </w:pPr>
      <w:r>
        <w:rPr>
          <w:sz w:val="24"/>
          <w:szCs w:val="24"/>
          <w:lang w:eastAsia="it-IT"/>
        </w:rPr>
        <w:pict w14:anchorId="08D04516">
          <v:rect id="_x0000_i1025" style="width:0;height:1.5pt" o:hrstd="t" o:hr="t" fillcolor="#a0a0a0" stroked="f"/>
        </w:pict>
      </w:r>
    </w:p>
    <w:p w14:paraId="6AFAC796" w14:textId="77777777" w:rsidR="003C2A1E" w:rsidRPr="00993458" w:rsidRDefault="00D850E8" w:rsidP="00993458">
      <w:pPr>
        <w:pStyle w:val="Paragrafoelenco"/>
        <w:spacing w:after="0"/>
        <w:ind w:left="0"/>
        <w:rPr>
          <w:rFonts w:cs="Times New Roman"/>
          <w:sz w:val="24"/>
          <w:szCs w:val="24"/>
          <w:lang w:eastAsia="it-IT"/>
        </w:rPr>
      </w:pPr>
      <w:r>
        <w:rPr>
          <w:sz w:val="24"/>
          <w:szCs w:val="24"/>
          <w:lang w:eastAsia="it-IT"/>
        </w:rPr>
        <w:pict w14:anchorId="38F71AE2">
          <v:rect id="_x0000_i1026" style="width:0;height:1.5pt" o:hrstd="t" o:hr="t" fillcolor="#a0a0a0" stroked="f"/>
        </w:pict>
      </w:r>
    </w:p>
    <w:p w14:paraId="31C7B0F1" w14:textId="77777777" w:rsidR="003C2A1E" w:rsidRPr="00993458" w:rsidRDefault="003C2A1E" w:rsidP="00993458">
      <w:pPr>
        <w:pStyle w:val="Paragrafoelenco"/>
        <w:numPr>
          <w:ilvl w:val="0"/>
          <w:numId w:val="11"/>
        </w:numPr>
        <w:spacing w:after="0"/>
        <w:ind w:left="357" w:hanging="357"/>
        <w:jc w:val="both"/>
        <w:rPr>
          <w:rFonts w:cs="Times New Roman"/>
          <w:sz w:val="24"/>
          <w:szCs w:val="24"/>
          <w:lang w:eastAsia="it-IT"/>
        </w:rPr>
      </w:pPr>
      <w:r w:rsidRPr="00993458">
        <w:rPr>
          <w:rFonts w:cs="Times New Roman"/>
          <w:sz w:val="24"/>
          <w:szCs w:val="24"/>
          <w:lang w:eastAsia="it-IT"/>
        </w:rPr>
        <w:t>di essere registrato, o di impegnarsi a registrarsi, alla Piattaforma di Approvvigionamento Digitale certificata SardegnaCAT, ai fini dell’eventuale successivo invito alla procedura negoziata;</w:t>
      </w:r>
    </w:p>
    <w:p w14:paraId="54DBD34F" w14:textId="77777777" w:rsidR="003C2A1E" w:rsidRPr="00993458" w:rsidRDefault="003C2A1E" w:rsidP="00993458">
      <w:pPr>
        <w:pStyle w:val="Paragrafoelenco"/>
        <w:numPr>
          <w:ilvl w:val="0"/>
          <w:numId w:val="11"/>
        </w:numPr>
        <w:spacing w:after="0"/>
        <w:ind w:left="357" w:hanging="357"/>
        <w:jc w:val="both"/>
        <w:rPr>
          <w:rFonts w:cs="Times New Roman"/>
          <w:sz w:val="24"/>
          <w:szCs w:val="24"/>
          <w:lang w:eastAsia="it-IT"/>
        </w:rPr>
      </w:pPr>
      <w:r w:rsidRPr="00993458">
        <w:rPr>
          <w:rFonts w:cs="Times New Roman"/>
          <w:sz w:val="24"/>
          <w:szCs w:val="24"/>
          <w:lang w:eastAsia="it-IT"/>
        </w:rPr>
        <w:t>di essere consapevole che la presente manifestazione di interesse non costituisce offerta, non comporta alcun diritto ad essere invitato alla successiva procedura negoziata e non vincola in alcun modo il Comune di Olbia, che si riserva di non dare seguito alla procedura qualora sopravvengano motivi tali da renderla non più necessaria o non conforme all’interesse pubblico;</w:t>
      </w:r>
    </w:p>
    <w:p w14:paraId="10465BAA" w14:textId="77777777" w:rsidR="003C2A1E" w:rsidRPr="00993458" w:rsidRDefault="003C2A1E" w:rsidP="00993458">
      <w:pPr>
        <w:pStyle w:val="Paragrafoelenco"/>
        <w:numPr>
          <w:ilvl w:val="0"/>
          <w:numId w:val="11"/>
        </w:numPr>
        <w:spacing w:after="0"/>
        <w:ind w:left="357" w:hanging="357"/>
        <w:jc w:val="both"/>
        <w:rPr>
          <w:rFonts w:cs="Times New Roman"/>
          <w:sz w:val="24"/>
          <w:szCs w:val="24"/>
          <w:lang w:eastAsia="it-IT"/>
        </w:rPr>
      </w:pPr>
      <w:r w:rsidRPr="00993458">
        <w:rPr>
          <w:rFonts w:cs="Times New Roman"/>
          <w:sz w:val="24"/>
          <w:szCs w:val="24"/>
          <w:lang w:eastAsia="it-IT"/>
        </w:rPr>
        <w:t>di essere consapevole che l’Amministrazione non opererà alcuna limitazione in ordine al numero di operatori economici che intendano partecipare alla presente procedura e che siano in possesso dei requisiti richiesti;</w:t>
      </w:r>
    </w:p>
    <w:p w14:paraId="763733B0" w14:textId="77777777" w:rsidR="003C2A1E" w:rsidRPr="00993458" w:rsidRDefault="003C2A1E" w:rsidP="00993458">
      <w:pPr>
        <w:pStyle w:val="Paragrafoelenco"/>
        <w:numPr>
          <w:ilvl w:val="0"/>
          <w:numId w:val="11"/>
        </w:numPr>
        <w:spacing w:after="0"/>
        <w:ind w:left="357" w:hanging="357"/>
        <w:jc w:val="both"/>
        <w:rPr>
          <w:rFonts w:cs="Times New Roman"/>
          <w:sz w:val="24"/>
          <w:szCs w:val="24"/>
          <w:lang w:eastAsia="it-IT"/>
        </w:rPr>
      </w:pPr>
      <w:r w:rsidRPr="00993458">
        <w:rPr>
          <w:rFonts w:cs="Times New Roman"/>
          <w:sz w:val="24"/>
          <w:szCs w:val="24"/>
          <w:lang w:eastAsia="it-IT"/>
        </w:rPr>
        <w:t>di autorizzare il trattamento dei dati personali ai fini della presente procedura e di aver preso visione dell’informativa sul trattamento dei dati personali contenuta nell’avviso di manifestazione di interesse.</w:t>
      </w:r>
    </w:p>
    <w:p w14:paraId="06087380" w14:textId="21EEA40B" w:rsidR="00001ADA" w:rsidRDefault="003C2A1E" w:rsidP="00993458">
      <w:pPr>
        <w:spacing w:after="0"/>
        <w:jc w:val="both"/>
        <w:rPr>
          <w:rFonts w:cs="Times New Roman"/>
          <w:sz w:val="24"/>
          <w:szCs w:val="24"/>
          <w:lang w:eastAsia="it-IT"/>
        </w:rPr>
      </w:pPr>
      <w:r w:rsidRPr="00993458">
        <w:rPr>
          <w:rFonts w:cs="Times New Roman"/>
          <w:b/>
          <w:bCs/>
          <w:sz w:val="24"/>
          <w:szCs w:val="24"/>
          <w:lang w:eastAsia="it-IT"/>
        </w:rPr>
        <w:t>Si impegna</w:t>
      </w:r>
      <w:r w:rsidRPr="00993458">
        <w:rPr>
          <w:rFonts w:cs="Times New Roman"/>
          <w:sz w:val="24"/>
          <w:szCs w:val="24"/>
          <w:lang w:eastAsia="it-IT"/>
        </w:rPr>
        <w:t>, inoltre, a</w:t>
      </w:r>
      <w:r w:rsidR="001F5581">
        <w:rPr>
          <w:rFonts w:cs="Times New Roman"/>
          <w:sz w:val="24"/>
          <w:szCs w:val="24"/>
          <w:lang w:eastAsia="it-IT"/>
        </w:rPr>
        <w:t>d</w:t>
      </w:r>
      <w:r w:rsidRPr="00993458">
        <w:rPr>
          <w:rFonts w:cs="Times New Roman"/>
          <w:sz w:val="24"/>
          <w:szCs w:val="24"/>
          <w:lang w:eastAsia="it-IT"/>
        </w:rPr>
        <w:t xml:space="preserve"> adempiere agli obblighi di informativa, ove necessario, nei confronti delle persone fisiche i cui dati personali siano eventualmente forniti nell’ambito della presente procedura, al fine di consentire il trattamento dei dati da parte del Comune di Olbia per le finalità indicate nell’informativa.</w:t>
      </w:r>
    </w:p>
    <w:p w14:paraId="60015714" w14:textId="77777777" w:rsidR="00896E95" w:rsidRDefault="00896E95" w:rsidP="001F5581">
      <w:pPr>
        <w:spacing w:after="0"/>
        <w:jc w:val="center"/>
        <w:rPr>
          <w:sz w:val="24"/>
          <w:szCs w:val="24"/>
        </w:rPr>
      </w:pPr>
    </w:p>
    <w:p w14:paraId="69230476" w14:textId="11BECE69" w:rsidR="00B40040" w:rsidRPr="00993458" w:rsidRDefault="000E644E" w:rsidP="001F5581">
      <w:pPr>
        <w:spacing w:after="0"/>
        <w:jc w:val="center"/>
        <w:rPr>
          <w:sz w:val="24"/>
          <w:szCs w:val="24"/>
        </w:rPr>
      </w:pPr>
      <w:r w:rsidRPr="00993458">
        <w:rPr>
          <w:sz w:val="24"/>
          <w:szCs w:val="24"/>
        </w:rPr>
        <w:t>IL LEGALE RAPPRESENTANTE</w:t>
      </w:r>
      <w:r w:rsidR="00001ADA" w:rsidRPr="00993458">
        <w:rPr>
          <w:sz w:val="24"/>
          <w:szCs w:val="24"/>
        </w:rPr>
        <w:t xml:space="preserve"> P.T.</w:t>
      </w:r>
      <w:r w:rsidRPr="00993458">
        <w:rPr>
          <w:sz w:val="24"/>
          <w:szCs w:val="24"/>
        </w:rPr>
        <w:br/>
        <w:t>Firmato digitalmente</w:t>
      </w:r>
    </w:p>
    <w:sectPr w:rsidR="00B40040" w:rsidRPr="00993458" w:rsidSect="00001ADA">
      <w:pgSz w:w="12240" w:h="15840"/>
      <w:pgMar w:top="1417"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abstractNum w:abstractNumId="9" w15:restartNumberingAfterBreak="0">
    <w:nsid w:val="1B3A2BF7"/>
    <w:multiLevelType w:val="hybridMultilevel"/>
    <w:tmpl w:val="B1D491DC"/>
    <w:lvl w:ilvl="0" w:tplc="5C14DB7C">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71F50CF7"/>
    <w:multiLevelType w:val="hybridMultilevel"/>
    <w:tmpl w:val="1E4A68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605841884">
    <w:abstractNumId w:val="8"/>
  </w:num>
  <w:num w:numId="2" w16cid:durableId="436142320">
    <w:abstractNumId w:val="6"/>
  </w:num>
  <w:num w:numId="3" w16cid:durableId="1937327016">
    <w:abstractNumId w:val="5"/>
  </w:num>
  <w:num w:numId="4" w16cid:durableId="2050915129">
    <w:abstractNumId w:val="4"/>
  </w:num>
  <w:num w:numId="5" w16cid:durableId="804590397">
    <w:abstractNumId w:val="7"/>
  </w:num>
  <w:num w:numId="6" w16cid:durableId="24449825">
    <w:abstractNumId w:val="3"/>
  </w:num>
  <w:num w:numId="7" w16cid:durableId="952054066">
    <w:abstractNumId w:val="2"/>
  </w:num>
  <w:num w:numId="8" w16cid:durableId="543054860">
    <w:abstractNumId w:val="1"/>
  </w:num>
  <w:num w:numId="9" w16cid:durableId="1723868303">
    <w:abstractNumId w:val="0"/>
  </w:num>
  <w:num w:numId="10" w16cid:durableId="1960455320">
    <w:abstractNumId w:val="10"/>
  </w:num>
  <w:num w:numId="11" w16cid:durableId="49561176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1ADA"/>
    <w:rsid w:val="00034616"/>
    <w:rsid w:val="0006063C"/>
    <w:rsid w:val="000E644E"/>
    <w:rsid w:val="0015074B"/>
    <w:rsid w:val="00190664"/>
    <w:rsid w:val="001F5581"/>
    <w:rsid w:val="0029639D"/>
    <w:rsid w:val="00326F90"/>
    <w:rsid w:val="003C2A1E"/>
    <w:rsid w:val="00532DE9"/>
    <w:rsid w:val="005A0B5D"/>
    <w:rsid w:val="00896E95"/>
    <w:rsid w:val="008B7386"/>
    <w:rsid w:val="00993458"/>
    <w:rsid w:val="00AA1D8D"/>
    <w:rsid w:val="00B40040"/>
    <w:rsid w:val="00B47730"/>
    <w:rsid w:val="00C23941"/>
    <w:rsid w:val="00CB0664"/>
    <w:rsid w:val="00D62EF9"/>
    <w:rsid w:val="00D97319"/>
    <w:rsid w:val="00DD0A1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AC5E80D"/>
  <w14:defaultImageDpi w14:val="300"/>
  <w15:docId w15:val="{C4BB9FC9-138C-4B89-8310-FF3F8AA92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rPr>
      <w:rFonts w:ascii="Times New Roman" w:eastAsia="Times New Roman" w:hAnsi="Times New Roman"/>
      <w:lang w:val="it-IT"/>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3</Pages>
  <Words>1178</Words>
  <Characters>6720</Characters>
  <Application>Microsoft Office Word</Application>
  <DocSecurity>0</DocSecurity>
  <Lines>56</Lines>
  <Paragraphs>15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7883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Patrizia Della Vecchia</cp:lastModifiedBy>
  <cp:revision>7</cp:revision>
  <dcterms:created xsi:type="dcterms:W3CDTF">2013-12-23T23:15:00Z</dcterms:created>
  <dcterms:modified xsi:type="dcterms:W3CDTF">2026-09-04T08:45:00Z</dcterms:modified>
  <cp:category/>
</cp:coreProperties>
</file>